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מילים נרדפות ומה זה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ולהבדיל בין נרדפות להפכים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זוגות מילים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מילים נרדפות או הפכים?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נרדפות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הפכים אומרים משמעות הפוכה, לא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אלה פעולות שונות, לא נרדפות ולא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שתי המילים קרובות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צועד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התאימו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(ענק (נרדפות))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 (הפך))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(נחמד (נרדפות))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(לאט (הפך))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(עצוב (הפך))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שלושה שלשות מילים תקינות: מילה, נרדפת שלה, הפך שלה - למשל: גדול, ענק,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תסביר שנרדפות הן מילים דומות במשמעות והפכים הם מילים הפוכות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- מילים דומות במשמעות, עם דוגמה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הפכים - מילים הפוכות במשמעות, עם דוגמה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במשחק קצר של זריקת מילה והתלמידים עונים נרדפת או 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בדוגמאות מהיום יום של הילדים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לעבוד בזוגות ולשתף את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שני סוגי מילים: מילים נרדפות שהן שתי מילים עם אותה משמעות, ומילים הפכים שהן שתי מילים עם משמעות הפוכה.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מילים נרדפות או הפכים?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המילים 'גדול' ו'ענק' הן: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המילים 'חם' ו'קר' הן: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המילים 'שמח' ו'עצוב' הן: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המילים 'יפה' ו'נחמד' הן: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המילים 'מהר' ו'לאט' הן: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המילים 'קטן' ו'זעיר' הן: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אותה 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מילים עם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הפכים הם מילים שאומרות את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'גבוה' ו'נמוך' הם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'רץ' ו'הולך' הם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'שקט' ו'רועש' הם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'אמר' ו'סיפר' יכולים להיות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מהמילה 'פתוח'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למילה 'יפה'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מהמילה 'יום'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נרדפת למילה 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מהמילה 'עולה'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מילה נרדפת למילה 'הולך'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התאימו 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 (הפך)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לאט (הפך)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עצוב (הפך)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נחמד (נרדפות)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ענק (נרדפות)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וליד כל אחת כתבו מילה נרדפת ומילה הפוכה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מילים נרדפות למילים הפכים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מילים נרדפות?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הפכים?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למילה 'גדול'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