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מילים נרדפות ומה זה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זוגות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מילים נרדפות או הפכים?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הפכים אומרים משמעות הפוכה, לא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אלה פעולות שונות, לא נרדפות ולא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שתי המילים קרובות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צועד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(ענק (נרדפות))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(קר (הפך))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(נחמד (נרדפות))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(לאט (הפך))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(עצוב (הפך))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שלושה שלשות מילים תקינות: מילה, נרדפת שלה, הפך שלה - למשל: גדול, ענק,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שנרדפות הן מילים דומות במשמעות והפכים הם מילים הפוכות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מילים דומות במשמעות,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 - מילים הפוכות במשמעות,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קצר של זריקת מילה והתלמידים עונים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מהיום יום של הילדים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לעבוד בזוגות ולשתף את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שדומות - נרדפות. ויש מילים הפוכות - הפכים. נתרגל את שני הסוגים.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שאומרות כמעט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עם משמעות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שקשורות זו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ולדעת מה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להבדיל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מה ההבדל בין שני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מילים נרדפות או הפכים?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גדול וענק - מה הקשר?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חם וקר - מה הקשר?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שמח ועצוב - מה הקשר?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יפה ונחמד - מה הקשר?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מהר ולאט - מה הקשר?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קטן וזעיר - מה הקשר?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אותה 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הם מילים שאומרות את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'גבוה' ו'נמוך'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'רץ' ו'הולך' הם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'שקט' ו'רועש'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'אמר' ו'סיפר' יכולים להיות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'פתוח'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'עולה'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נרדפת למילה 'הולך'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עצוב (הפך)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 (הפך)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לאט (הפך)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נחמד (נרדפות)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ענק (נרדפות)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וליד כל אחת כתבו מילה נרדפת ומילה 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מילים נרדפות למילים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מילים נרדפות?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הפכים?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למילה 'גדול'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