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מילים נרדפות ומה זה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זוגות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מילים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הפכים אומרים משמעות הפוכה, לא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(ענק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 (הפך))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(נחמד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(לאט (הפך))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שלושה שלשות מילים תקינות: מילה, נרדפת שלה, הפך שלה - למשל: גדול, ענק,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מילים דומות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- מילים הפוכות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קצר של זריקת מילה והתלמידים עונים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מהיום יום של הילדים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שני סוגי מילים: מילים נרדפות שהן שתי מילים עם אותה משמעות, ומילים הפכים שהן שתי מילים עם משמעות הפוכה.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נחמד  ·  סגור  ·  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מילים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המילים 'גדול' ו'ענק'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המילים 'חם' ו'קר'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המילים 'שמח' ו'עצוב'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הפכים הם מילים שאומרות את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'גבוה' ו'נמוך'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מהמילה 'פתוח'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מהמילה 'יום'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לאט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ענק (נרדפות)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נחמד (נרדפות)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וליד כל אחת כתבו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מילים נרדפות?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הפכים?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